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B0A" w:rsidRPr="00D27EBA" w:rsidRDefault="00D80B14">
      <w:pPr>
        <w:pStyle w:val="Nzev"/>
        <w:rPr>
          <w:sz w:val="28"/>
          <w:szCs w:val="28"/>
        </w:rPr>
      </w:pPr>
      <w:r w:rsidRPr="00D27EBA">
        <w:rPr>
          <w:sz w:val="28"/>
          <w:szCs w:val="28"/>
        </w:rPr>
        <w:t xml:space="preserve">ZÁPIS O PRŮBĚHU A VÝSLEDCÍCH VOLEB DO ŠKOLSKÉ RADY </w:t>
      </w:r>
    </w:p>
    <w:p w:rsidR="00072B0A" w:rsidRPr="00D27EBA" w:rsidRDefault="00D80B14">
      <w:pPr>
        <w:rPr>
          <w:sz w:val="20"/>
          <w:szCs w:val="20"/>
        </w:rPr>
      </w:pPr>
      <w:r w:rsidRPr="00D27EBA">
        <w:rPr>
          <w:sz w:val="20"/>
          <w:szCs w:val="20"/>
        </w:rPr>
        <w:t xml:space="preserve">Škola: </w:t>
      </w:r>
      <w:r w:rsidR="00300AE3" w:rsidRPr="00D27EBA">
        <w:rPr>
          <w:sz w:val="20"/>
          <w:szCs w:val="20"/>
        </w:rPr>
        <w:t xml:space="preserve">4. </w:t>
      </w:r>
      <w:proofErr w:type="spellStart"/>
      <w:r w:rsidR="00300AE3" w:rsidRPr="00D27EBA">
        <w:rPr>
          <w:sz w:val="20"/>
          <w:szCs w:val="20"/>
        </w:rPr>
        <w:t>základní</w:t>
      </w:r>
      <w:proofErr w:type="spellEnd"/>
      <w:r w:rsidR="00300AE3" w:rsidRPr="00D27EBA">
        <w:rPr>
          <w:sz w:val="20"/>
          <w:szCs w:val="20"/>
        </w:rPr>
        <w:t xml:space="preserve"> škola </w:t>
      </w:r>
      <w:proofErr w:type="spellStart"/>
      <w:r w:rsidR="00300AE3" w:rsidRPr="00D27EBA">
        <w:rPr>
          <w:sz w:val="20"/>
          <w:szCs w:val="20"/>
        </w:rPr>
        <w:t>Nerudova</w:t>
      </w:r>
      <w:proofErr w:type="spellEnd"/>
      <w:r w:rsidR="00300AE3" w:rsidRPr="00D27EBA">
        <w:rPr>
          <w:sz w:val="20"/>
          <w:szCs w:val="20"/>
        </w:rPr>
        <w:t xml:space="preserve"> Říčany, </w:t>
      </w:r>
      <w:proofErr w:type="spellStart"/>
      <w:r w:rsidR="00300AE3" w:rsidRPr="00D27EBA">
        <w:rPr>
          <w:sz w:val="20"/>
          <w:szCs w:val="20"/>
        </w:rPr>
        <w:t>příspěvková</w:t>
      </w:r>
      <w:proofErr w:type="spellEnd"/>
      <w:r w:rsidR="00300AE3" w:rsidRPr="00D27EBA">
        <w:rPr>
          <w:sz w:val="20"/>
          <w:szCs w:val="20"/>
        </w:rPr>
        <w:t xml:space="preserve"> </w:t>
      </w:r>
      <w:proofErr w:type="spellStart"/>
      <w:r w:rsidR="00300AE3" w:rsidRPr="00D27EBA">
        <w:rPr>
          <w:sz w:val="20"/>
          <w:szCs w:val="20"/>
        </w:rPr>
        <w:t>organizace</w:t>
      </w:r>
      <w:proofErr w:type="spellEnd"/>
    </w:p>
    <w:p w:rsidR="00072B0A" w:rsidRPr="00D27EBA" w:rsidRDefault="00D80B14">
      <w:pPr>
        <w:rPr>
          <w:sz w:val="20"/>
          <w:szCs w:val="20"/>
        </w:rPr>
      </w:pPr>
      <w:r w:rsidRPr="00D27EBA">
        <w:rPr>
          <w:sz w:val="20"/>
          <w:szCs w:val="20"/>
        </w:rPr>
        <w:t xml:space="preserve">Datum </w:t>
      </w:r>
      <w:proofErr w:type="spellStart"/>
      <w:r w:rsidRPr="00D27EBA">
        <w:rPr>
          <w:sz w:val="20"/>
          <w:szCs w:val="20"/>
        </w:rPr>
        <w:t>konání</w:t>
      </w:r>
      <w:proofErr w:type="spellEnd"/>
      <w:r w:rsidRPr="00D27EBA">
        <w:rPr>
          <w:sz w:val="20"/>
          <w:szCs w:val="20"/>
        </w:rPr>
        <w:t xml:space="preserve"> </w:t>
      </w:r>
      <w:proofErr w:type="spellStart"/>
      <w:r w:rsidRPr="00D27EBA">
        <w:rPr>
          <w:sz w:val="20"/>
          <w:szCs w:val="20"/>
        </w:rPr>
        <w:t>voleb</w:t>
      </w:r>
      <w:proofErr w:type="spellEnd"/>
      <w:r w:rsidRPr="00D27EBA">
        <w:rPr>
          <w:sz w:val="20"/>
          <w:szCs w:val="20"/>
        </w:rPr>
        <w:t xml:space="preserve">: </w:t>
      </w:r>
      <w:r w:rsidR="00300AE3" w:rsidRPr="00D27EBA">
        <w:rPr>
          <w:sz w:val="20"/>
          <w:szCs w:val="20"/>
        </w:rPr>
        <w:t>15.4.2026</w:t>
      </w:r>
    </w:p>
    <w:p w:rsidR="00072B0A" w:rsidRDefault="00D80B14">
      <w:pPr>
        <w:rPr>
          <w:sz w:val="20"/>
          <w:szCs w:val="20"/>
        </w:rPr>
      </w:pPr>
      <w:proofErr w:type="spellStart"/>
      <w:r w:rsidRPr="00D27EBA">
        <w:rPr>
          <w:sz w:val="20"/>
          <w:szCs w:val="20"/>
        </w:rPr>
        <w:t>Místo</w:t>
      </w:r>
      <w:proofErr w:type="spellEnd"/>
      <w:r w:rsidRPr="00D27EBA">
        <w:rPr>
          <w:sz w:val="20"/>
          <w:szCs w:val="20"/>
        </w:rPr>
        <w:t xml:space="preserve"> </w:t>
      </w:r>
      <w:proofErr w:type="spellStart"/>
      <w:r w:rsidRPr="00D27EBA">
        <w:rPr>
          <w:sz w:val="20"/>
          <w:szCs w:val="20"/>
        </w:rPr>
        <w:t>konání</w:t>
      </w:r>
      <w:proofErr w:type="spellEnd"/>
      <w:r w:rsidRPr="00D27EBA">
        <w:rPr>
          <w:sz w:val="20"/>
          <w:szCs w:val="20"/>
        </w:rPr>
        <w:t xml:space="preserve"> </w:t>
      </w:r>
      <w:proofErr w:type="spellStart"/>
      <w:r w:rsidRPr="00D27EBA">
        <w:rPr>
          <w:sz w:val="20"/>
          <w:szCs w:val="20"/>
        </w:rPr>
        <w:t>voleb</w:t>
      </w:r>
      <w:proofErr w:type="spellEnd"/>
      <w:r w:rsidRPr="00D27EBA">
        <w:rPr>
          <w:sz w:val="20"/>
          <w:szCs w:val="20"/>
        </w:rPr>
        <w:t xml:space="preserve">: </w:t>
      </w:r>
      <w:proofErr w:type="spellStart"/>
      <w:r w:rsidR="00CB121C" w:rsidRPr="00D27EBA">
        <w:rPr>
          <w:sz w:val="20"/>
          <w:szCs w:val="20"/>
        </w:rPr>
        <w:t>budova</w:t>
      </w:r>
      <w:proofErr w:type="spellEnd"/>
      <w:r w:rsidR="00CB121C" w:rsidRPr="00D27EBA">
        <w:rPr>
          <w:sz w:val="20"/>
          <w:szCs w:val="20"/>
        </w:rPr>
        <w:t xml:space="preserve"> školy, </w:t>
      </w:r>
      <w:proofErr w:type="spellStart"/>
      <w:r w:rsidR="00CB121C" w:rsidRPr="00D27EBA">
        <w:rPr>
          <w:sz w:val="20"/>
          <w:szCs w:val="20"/>
        </w:rPr>
        <w:t>N</w:t>
      </w:r>
      <w:r w:rsidR="00300AE3" w:rsidRPr="00D27EBA">
        <w:rPr>
          <w:sz w:val="20"/>
          <w:szCs w:val="20"/>
        </w:rPr>
        <w:t>erudova</w:t>
      </w:r>
      <w:proofErr w:type="spellEnd"/>
      <w:r w:rsidR="00300AE3" w:rsidRPr="00D27EBA">
        <w:rPr>
          <w:sz w:val="20"/>
          <w:szCs w:val="20"/>
        </w:rPr>
        <w:t xml:space="preserve"> 481, 251 01 Říčany</w:t>
      </w:r>
    </w:p>
    <w:p w:rsidR="00D27EBA" w:rsidRPr="00D27EBA" w:rsidRDefault="00D27EBA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Č.j</w:t>
      </w:r>
      <w:proofErr w:type="spellEnd"/>
      <w:r>
        <w:rPr>
          <w:sz w:val="20"/>
          <w:szCs w:val="20"/>
        </w:rPr>
        <w:t xml:space="preserve">.: 648/2026/ZSNR, </w:t>
      </w:r>
      <w:proofErr w:type="spellStart"/>
      <w:r>
        <w:rPr>
          <w:sz w:val="20"/>
          <w:szCs w:val="20"/>
        </w:rPr>
        <w:t>spis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skart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znak</w:t>
      </w:r>
      <w:proofErr w:type="spellEnd"/>
      <w:proofErr w:type="gramEnd"/>
      <w:r>
        <w:rPr>
          <w:sz w:val="20"/>
          <w:szCs w:val="20"/>
        </w:rPr>
        <w:t>: 1.6.              A 5</w:t>
      </w:r>
    </w:p>
    <w:p w:rsidR="00072B0A" w:rsidRDefault="00D80B14">
      <w:pPr>
        <w:pStyle w:val="Nadpis1"/>
      </w:pPr>
      <w:r>
        <w:t>a) Listiny kandidátů z řad zákonných zástupců žáků</w:t>
      </w:r>
    </w:p>
    <w:p w:rsidR="00072B0A" w:rsidRDefault="00D80B14">
      <w:r>
        <w:t xml:space="preserve">1. </w:t>
      </w:r>
      <w:proofErr w:type="spellStart"/>
      <w:r w:rsidR="00300AE3">
        <w:t>Bednářová</w:t>
      </w:r>
      <w:proofErr w:type="spellEnd"/>
      <w:r w:rsidR="00300AE3">
        <w:t xml:space="preserve"> Barbora</w:t>
      </w:r>
    </w:p>
    <w:p w:rsidR="00072B0A" w:rsidRDefault="00D80B14">
      <w:r>
        <w:t xml:space="preserve">2. </w:t>
      </w:r>
      <w:r w:rsidR="00300AE3">
        <w:t>Lejčková Tereza</w:t>
      </w:r>
    </w:p>
    <w:p w:rsidR="00072B0A" w:rsidRDefault="00D80B14">
      <w:r>
        <w:t xml:space="preserve">3. </w:t>
      </w:r>
      <w:proofErr w:type="spellStart"/>
      <w:r w:rsidR="00300AE3">
        <w:t>Mrkvová</w:t>
      </w:r>
      <w:proofErr w:type="spellEnd"/>
      <w:r w:rsidR="00300AE3">
        <w:t xml:space="preserve"> </w:t>
      </w:r>
      <w:proofErr w:type="spellStart"/>
      <w:r w:rsidR="00300AE3">
        <w:t>Žaneta</w:t>
      </w:r>
      <w:proofErr w:type="spellEnd"/>
    </w:p>
    <w:p w:rsidR="00072B0A" w:rsidRDefault="00300AE3">
      <w:r>
        <w:t>4. Novotná Zdislava</w:t>
      </w:r>
    </w:p>
    <w:p w:rsidR="00072B0A" w:rsidRDefault="00D80B14">
      <w:pPr>
        <w:pStyle w:val="Nadpis1"/>
      </w:pPr>
      <w:r>
        <w:t>b) Listiny kandidátů z řad pedagogických pracovníků</w:t>
      </w:r>
    </w:p>
    <w:p w:rsidR="00072B0A" w:rsidRDefault="00D80B14">
      <w:r>
        <w:t xml:space="preserve">1. </w:t>
      </w:r>
      <w:proofErr w:type="spellStart"/>
      <w:r w:rsidR="00300AE3">
        <w:t>Bílková</w:t>
      </w:r>
      <w:proofErr w:type="spellEnd"/>
      <w:r w:rsidR="00300AE3">
        <w:t xml:space="preserve"> Ivana</w:t>
      </w:r>
      <w:r>
        <w:t>.</w:t>
      </w:r>
    </w:p>
    <w:p w:rsidR="00072B0A" w:rsidRDefault="00D80B14">
      <w:r>
        <w:t>2. .</w:t>
      </w:r>
      <w:proofErr w:type="spellStart"/>
      <w:r w:rsidR="00300AE3">
        <w:t>Hanzáková</w:t>
      </w:r>
      <w:proofErr w:type="spellEnd"/>
      <w:r w:rsidR="00300AE3">
        <w:t xml:space="preserve"> Hana</w:t>
      </w:r>
    </w:p>
    <w:p w:rsidR="00072B0A" w:rsidRDefault="00D80B14">
      <w:r>
        <w:t xml:space="preserve">3. </w:t>
      </w:r>
      <w:r w:rsidR="00300AE3">
        <w:t>Jedličková Hana</w:t>
      </w:r>
    </w:p>
    <w:p w:rsidR="00072B0A" w:rsidRDefault="00D80B14">
      <w:r>
        <w:t>4. .</w:t>
      </w:r>
      <w:r w:rsidR="00300AE3">
        <w:t>Žáčková Gabriela</w:t>
      </w:r>
    </w:p>
    <w:p w:rsidR="00072B0A" w:rsidRDefault="00D80B14">
      <w:pPr>
        <w:pStyle w:val="Nadpis1"/>
      </w:pPr>
      <w:r>
        <w:t>c</w:t>
      </w:r>
      <w:r w:rsidRPr="00D27EBA">
        <w:rPr>
          <w:sz w:val="26"/>
          <w:szCs w:val="26"/>
        </w:rPr>
        <w:t>) Počet oprávněných a zúčastněných voličů z řad zákonných zástupců žáků</w:t>
      </w:r>
    </w:p>
    <w:p w:rsidR="00072B0A" w:rsidRDefault="00D80B14">
      <w:proofErr w:type="spellStart"/>
      <w:r>
        <w:t>Počet</w:t>
      </w:r>
      <w:proofErr w:type="spellEnd"/>
      <w:r>
        <w:t xml:space="preserve"> </w:t>
      </w:r>
      <w:proofErr w:type="spellStart"/>
      <w:r>
        <w:t>oprávněných</w:t>
      </w:r>
      <w:proofErr w:type="spellEnd"/>
      <w:r>
        <w:t xml:space="preserve"> </w:t>
      </w:r>
      <w:proofErr w:type="spellStart"/>
      <w:r>
        <w:t>voličů</w:t>
      </w:r>
      <w:proofErr w:type="spellEnd"/>
      <w:r>
        <w:t xml:space="preserve">: </w:t>
      </w:r>
      <w:r w:rsidR="00300AE3">
        <w:t>46</w:t>
      </w:r>
    </w:p>
    <w:p w:rsidR="00072B0A" w:rsidRDefault="00300AE3">
      <w:proofErr w:type="spellStart"/>
      <w:r>
        <w:t>Počet</w:t>
      </w:r>
      <w:proofErr w:type="spellEnd"/>
      <w:r>
        <w:t xml:space="preserve"> </w:t>
      </w:r>
      <w:proofErr w:type="spellStart"/>
      <w:r>
        <w:t>zúčastněných</w:t>
      </w:r>
      <w:proofErr w:type="spellEnd"/>
      <w:r>
        <w:t xml:space="preserve"> </w:t>
      </w:r>
      <w:proofErr w:type="spellStart"/>
      <w:r>
        <w:t>voličů</w:t>
      </w:r>
      <w:proofErr w:type="spellEnd"/>
      <w:r>
        <w:t>: 32</w:t>
      </w:r>
    </w:p>
    <w:p w:rsidR="00072B0A" w:rsidRDefault="00D80B14">
      <w:pPr>
        <w:pStyle w:val="Nadpis1"/>
      </w:pPr>
      <w:r>
        <w:t>d) Počet oprávněných a zúčastněných voličů z řad pedagogických pracovníků</w:t>
      </w:r>
    </w:p>
    <w:p w:rsidR="00072B0A" w:rsidRDefault="00D80B14">
      <w:proofErr w:type="spellStart"/>
      <w:r>
        <w:t>Počet</w:t>
      </w:r>
      <w:proofErr w:type="spellEnd"/>
      <w:r>
        <w:t xml:space="preserve"> </w:t>
      </w:r>
      <w:proofErr w:type="spellStart"/>
      <w:r>
        <w:t>oprávněných</w:t>
      </w:r>
      <w:proofErr w:type="spellEnd"/>
      <w:r>
        <w:t xml:space="preserve"> </w:t>
      </w:r>
      <w:proofErr w:type="spellStart"/>
      <w:r>
        <w:t>voličů</w:t>
      </w:r>
      <w:proofErr w:type="spellEnd"/>
      <w:r>
        <w:t xml:space="preserve">: </w:t>
      </w:r>
      <w:r w:rsidR="00300AE3">
        <w:t>21</w:t>
      </w:r>
    </w:p>
    <w:p w:rsidR="00072B0A" w:rsidRDefault="00D80B14">
      <w:proofErr w:type="spellStart"/>
      <w:r>
        <w:t>Počet</w:t>
      </w:r>
      <w:proofErr w:type="spellEnd"/>
      <w:r>
        <w:t xml:space="preserve"> </w:t>
      </w:r>
      <w:proofErr w:type="spellStart"/>
      <w:r>
        <w:t>zúčastněných</w:t>
      </w:r>
      <w:proofErr w:type="spellEnd"/>
      <w:r>
        <w:t xml:space="preserve"> </w:t>
      </w:r>
      <w:proofErr w:type="spellStart"/>
      <w:r>
        <w:t>voličů</w:t>
      </w:r>
      <w:proofErr w:type="spellEnd"/>
      <w:r>
        <w:t xml:space="preserve">: </w:t>
      </w:r>
      <w:r w:rsidR="00300AE3">
        <w:t>18</w:t>
      </w:r>
    </w:p>
    <w:p w:rsidR="00072B0A" w:rsidRDefault="00D80B14">
      <w:pPr>
        <w:pStyle w:val="Nadpis1"/>
      </w:pPr>
      <w:r>
        <w:t>e) Zvolení členové (zákonní zástupci) a náhradníci</w:t>
      </w:r>
    </w:p>
    <w:p w:rsidR="00072B0A" w:rsidRDefault="00D80B14">
      <w:r>
        <w:t>Zvolení (2):</w:t>
      </w:r>
      <w:bookmarkStart w:id="0" w:name="_GoBack"/>
      <w:bookmarkEnd w:id="0"/>
    </w:p>
    <w:p w:rsidR="00072B0A" w:rsidRDefault="00D80B14">
      <w:r>
        <w:lastRenderedPageBreak/>
        <w:t xml:space="preserve">1. </w:t>
      </w:r>
      <w:r w:rsidR="00300AE3">
        <w:t>Lejčková Tereza</w:t>
      </w:r>
      <w:r>
        <w:t xml:space="preserve">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27</w:t>
      </w:r>
    </w:p>
    <w:p w:rsidR="00072B0A" w:rsidRDefault="00300AE3">
      <w:r>
        <w:t xml:space="preserve">2. </w:t>
      </w:r>
      <w:proofErr w:type="spellStart"/>
      <w:r>
        <w:t>Mrkvová</w:t>
      </w:r>
      <w:proofErr w:type="spellEnd"/>
      <w:r>
        <w:t xml:space="preserve"> </w:t>
      </w:r>
      <w:proofErr w:type="spellStart"/>
      <w:r>
        <w:t>Žaneta</w:t>
      </w:r>
      <w:proofErr w:type="spellEnd"/>
      <w:r w:rsidR="00D80B14">
        <w:t xml:space="preserve">– </w:t>
      </w:r>
      <w:proofErr w:type="spellStart"/>
      <w:r w:rsidR="00D80B14">
        <w:t>počet</w:t>
      </w:r>
      <w:proofErr w:type="spellEnd"/>
      <w:r w:rsidR="00D80B14">
        <w:t xml:space="preserve"> </w:t>
      </w:r>
      <w:proofErr w:type="spellStart"/>
      <w:r w:rsidR="00D80B14">
        <w:t>hlasů</w:t>
      </w:r>
      <w:proofErr w:type="spellEnd"/>
      <w:r w:rsidR="00D80B14">
        <w:t xml:space="preserve">: </w:t>
      </w:r>
      <w:r>
        <w:t>17</w:t>
      </w:r>
    </w:p>
    <w:p w:rsidR="00072B0A" w:rsidRDefault="00D80B14">
      <w:r>
        <w:t>Náhradníci:</w:t>
      </w:r>
    </w:p>
    <w:p w:rsidR="00072B0A" w:rsidRDefault="00D80B14">
      <w:r>
        <w:t>3. .</w:t>
      </w:r>
      <w:proofErr w:type="spellStart"/>
      <w:r w:rsidR="00300AE3">
        <w:t>Bednářová</w:t>
      </w:r>
      <w:proofErr w:type="spellEnd"/>
      <w:r w:rsidR="00300AE3">
        <w:t xml:space="preserve"> Barbora</w:t>
      </w:r>
      <w:r>
        <w:t xml:space="preserve"> 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14</w:t>
      </w:r>
    </w:p>
    <w:p w:rsidR="00072B0A" w:rsidRDefault="00D80B14">
      <w:r>
        <w:t>4. .</w:t>
      </w:r>
      <w:r w:rsidR="00300AE3">
        <w:t>Novotná Zdislava</w:t>
      </w:r>
      <w:r>
        <w:t xml:space="preserve"> 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7</w:t>
      </w:r>
    </w:p>
    <w:p w:rsidR="00072B0A" w:rsidRDefault="00D80B14">
      <w:pPr>
        <w:pStyle w:val="Nadpis1"/>
      </w:pPr>
      <w:r>
        <w:t>f) Zvolení členové (pedagogové) a náhradníci</w:t>
      </w:r>
    </w:p>
    <w:p w:rsidR="00072B0A" w:rsidRDefault="00D80B14">
      <w:r>
        <w:t>Zvolení (2):</w:t>
      </w:r>
    </w:p>
    <w:p w:rsidR="00072B0A" w:rsidRDefault="00D80B14">
      <w:r>
        <w:t xml:space="preserve">1. </w:t>
      </w:r>
      <w:proofErr w:type="spellStart"/>
      <w:r w:rsidR="00300AE3">
        <w:t>Bílková</w:t>
      </w:r>
      <w:proofErr w:type="spellEnd"/>
      <w:r w:rsidR="00300AE3">
        <w:t xml:space="preserve"> Ivana</w:t>
      </w:r>
      <w:r>
        <w:t xml:space="preserve"> 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18</w:t>
      </w:r>
    </w:p>
    <w:p w:rsidR="00072B0A" w:rsidRDefault="00D80B14">
      <w:r>
        <w:t xml:space="preserve">2. </w:t>
      </w:r>
      <w:proofErr w:type="spellStart"/>
      <w:r w:rsidR="00300AE3">
        <w:t>Hanzáková</w:t>
      </w:r>
      <w:proofErr w:type="spellEnd"/>
      <w:r w:rsidR="00300AE3">
        <w:t xml:space="preserve"> Hana</w:t>
      </w:r>
      <w:r>
        <w:t xml:space="preserve"> 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>:</w:t>
      </w:r>
      <w:r w:rsidR="00300AE3">
        <w:t xml:space="preserve"> 9</w:t>
      </w:r>
    </w:p>
    <w:p w:rsidR="00072B0A" w:rsidRDefault="00D80B14">
      <w:r>
        <w:t>Náhradníci:</w:t>
      </w:r>
    </w:p>
    <w:p w:rsidR="00072B0A" w:rsidRDefault="00D80B14">
      <w:r>
        <w:t xml:space="preserve">3. </w:t>
      </w:r>
      <w:r w:rsidR="00300AE3">
        <w:t>Jedličková Hana</w:t>
      </w:r>
      <w:r>
        <w:t xml:space="preserve"> –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5</w:t>
      </w:r>
    </w:p>
    <w:p w:rsidR="00072B0A" w:rsidRDefault="00D80B14">
      <w:r>
        <w:t xml:space="preserve">4. </w:t>
      </w:r>
      <w:r w:rsidR="00300AE3">
        <w:t>Žáčková Gabriela</w:t>
      </w:r>
      <w:r>
        <w:t xml:space="preserve">. – </w:t>
      </w:r>
      <w:proofErr w:type="spellStart"/>
      <w:proofErr w:type="gramStart"/>
      <w:r>
        <w:t>počet</w:t>
      </w:r>
      <w:proofErr w:type="spellEnd"/>
      <w:proofErr w:type="gramEnd"/>
      <w:r>
        <w:t xml:space="preserve"> </w:t>
      </w:r>
      <w:proofErr w:type="spellStart"/>
      <w:r>
        <w:t>hlasů</w:t>
      </w:r>
      <w:proofErr w:type="spellEnd"/>
      <w:r>
        <w:t xml:space="preserve">: </w:t>
      </w:r>
      <w:r w:rsidR="00300AE3">
        <w:t>0</w:t>
      </w:r>
    </w:p>
    <w:p w:rsidR="00072B0A" w:rsidRDefault="00D80B14">
      <w:pPr>
        <w:pStyle w:val="Nadpis1"/>
      </w:pPr>
      <w:r>
        <w:t>g) Jiné skutečnosti</w:t>
      </w:r>
    </w:p>
    <w:p w:rsidR="00072B0A" w:rsidRDefault="00300AE3">
      <w:proofErr w:type="spellStart"/>
      <w:proofErr w:type="gramStart"/>
      <w:r>
        <w:t>žádné</w:t>
      </w:r>
      <w:proofErr w:type="spellEnd"/>
      <w:proofErr w:type="gramEnd"/>
    </w:p>
    <w:p w:rsidR="00072B0A" w:rsidRDefault="00D80B14">
      <w:r>
        <w:br/>
      </w:r>
      <w:proofErr w:type="spellStart"/>
      <w:r>
        <w:t>Předseda</w:t>
      </w:r>
      <w:proofErr w:type="spellEnd"/>
      <w:r>
        <w:t xml:space="preserve"> </w:t>
      </w:r>
      <w:proofErr w:type="spellStart"/>
      <w:r>
        <w:t>volební</w:t>
      </w:r>
      <w:proofErr w:type="spellEnd"/>
      <w:r>
        <w:t xml:space="preserve"> komise: </w:t>
      </w:r>
      <w:r w:rsidR="00300AE3">
        <w:t>Macháčková Jitka</w:t>
      </w:r>
    </w:p>
    <w:p w:rsidR="00072B0A" w:rsidRDefault="00D80B14">
      <w:r>
        <w:t>Členové volební komise:</w:t>
      </w:r>
    </w:p>
    <w:p w:rsidR="00072B0A" w:rsidRDefault="00D80B14">
      <w:r>
        <w:t xml:space="preserve">- </w:t>
      </w:r>
      <w:r w:rsidR="00300AE3">
        <w:t>Egidová Karla</w:t>
      </w:r>
    </w:p>
    <w:p w:rsidR="00072B0A" w:rsidRDefault="00D80B14">
      <w:r>
        <w:t xml:space="preserve">- </w:t>
      </w:r>
      <w:r w:rsidR="00300AE3">
        <w:t>JUDr. Bejvančická Alexandra</w:t>
      </w:r>
    </w:p>
    <w:p w:rsidR="00072B0A" w:rsidRDefault="00D80B14">
      <w:r>
        <w:br/>
        <w:t>Podpisy:</w:t>
      </w:r>
    </w:p>
    <w:p w:rsidR="00072B0A" w:rsidRDefault="00D80B14">
      <w:r>
        <w:t>......................................................</w:t>
      </w:r>
    </w:p>
    <w:p w:rsidR="00072B0A" w:rsidRDefault="00D80B14">
      <w:r>
        <w:t>......................................................</w:t>
      </w:r>
    </w:p>
    <w:p w:rsidR="00072B0A" w:rsidRDefault="00D80B14">
      <w:r>
        <w:br/>
        <w:t xml:space="preserve">Datum vyhotovení zápisu: </w:t>
      </w:r>
      <w:r w:rsidR="00300AE3">
        <w:t>15.4.2026</w:t>
      </w:r>
    </w:p>
    <w:sectPr w:rsidR="00072B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B0A"/>
    <w:rsid w:val="0015074B"/>
    <w:rsid w:val="001F0598"/>
    <w:rsid w:val="0029639D"/>
    <w:rsid w:val="00300AE3"/>
    <w:rsid w:val="00326F90"/>
    <w:rsid w:val="00750A3F"/>
    <w:rsid w:val="00AA1D8D"/>
    <w:rsid w:val="00B47730"/>
    <w:rsid w:val="00CB0664"/>
    <w:rsid w:val="00CB121C"/>
    <w:rsid w:val="00D27EBA"/>
    <w:rsid w:val="00D80B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C0B6360-C6C6-4D6A-968A-C5EFC9D1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30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B06E34-E5E0-4D69-BD37-BE75E1C0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machji00</cp:lastModifiedBy>
  <cp:revision>9</cp:revision>
  <cp:lastPrinted>2026-08-27T11:38:00Z</cp:lastPrinted>
  <dcterms:created xsi:type="dcterms:W3CDTF">2026-04-07T09:07:00Z</dcterms:created>
  <dcterms:modified xsi:type="dcterms:W3CDTF">2026-08-27T11:39:00Z</dcterms:modified>
  <cp:category/>
</cp:coreProperties>
</file>